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ארגז הכלים של רכז חברתי ואת ההיגיון שמחבר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להתאים פעילות חברתית למטרה, לשכבת גיל ולעקרון ערכי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אירועי לוח השנה החברתי מתוך הבנת המטרה שמאחורי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לעקרונות של שיתוף רשות, הכלה והתאמה לאוכלוסיות מגוונות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תכנון שנתי: ימים ואירועים בלוח השנה החברתי – היכרות עם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התחדשות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4.5.27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פיוס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הכלה ונגישות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תכנון שנתי: ימים ואירועים בלוח השנה החברתי – התאמת אירוע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(התחדשות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(פיוס וכבוד)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(קבלת האחר וסקרנות)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(זיכרון וכבוד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(הכלה ונגישות)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תכנון שנתי: ימים ואירועים בלוח השנה החברתי – יישום והתאמה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פעילות חווייתית, ויזואלית וקצרה המבוססת על ציור, מתאימה לגיל הצעיר; בתיכון מעדיפים כתיבה אישית ורפלקציה מעמיקה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בחטיבה יש עיסוק מופשט יותר בשפה ובמושגים ועבודה עצמאית; ביסודי מתמקדים בסיפור ובמשחק תפקידים קונקרטי.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לשמור על כבוד הנושא ולמנוע חשיפה לתכנים קשים מדי לגיל הצעיר, תוך העברת המסר המתאים לכל שכבה.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לוודא שהרעיון מקדם הכלה, נגישות או כבוד האדם ומתאים לגיל חט״ב.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בנק משחקי גיבוש: סוגים, מטרות וסינון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מקצוע לימודי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בנק משחקי גיבוש: סוגים, מטרות וסינון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המשחק מסומן כמתאים לפנים ולחוץ 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מיועד לקבוצות קטנות, לא לזוגות.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בנק משחקי גיבוש: סוגים, מטרות וסינון – התאמת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(לפתור בעיה מסובכת בלי מגע ותיאום בהקשבה)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(לגלות מה משותף בין חברי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(להתבונן ולשים לב לשיתוף הפעולה בקבוצה)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בנק משחקי גיבוש: סוגים, מטרות וסינון – השלמת שם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פאזל 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המפה העיוורת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ערכות פתיחת שנה וסיום שנה: טקסים ומעברים – זיכרון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עומדים בדלת ומברכים כל תלמיד בשמו ובחיוך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מכניסים לצנצנת שנפתחת רק ביום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את המכתב שנכתב בתחילת השנה וכותבים תשובה לעצמם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ערכות פתיחת שנה וסיום שנה: טקסים ומעברים – הבנת התפקיד הרגשי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הברכה האישית וכרטיס השם מחזקים מיידית תחושת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תמיד רשות, גם במשחק הבינגו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בשניהם כל תלמיד מקבל התייחסות אישית משלו, ללא השוואה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ביום הראשון יש שלבים רגשיים כמו מעגל בוקר ושיתוף תחושות, לא רק ארגון טכני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ערכות פתיחת שנה וסיום שנה: טקסים ומעברים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שהשיתוף הוא רשות, כך תלמידים ביישנים או נרגשים יכולים להשתתף בלי לחץ, והדבר בונה ביטחון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דומים: שניהם סמל חזותי משותף שמייצג את הכיתה. שונים: עץ הפתיחה אוסף מה כל אחד מביא לכיתה בתחילת הדרך, ועץ הצמיחה מציג מה למדו והישגו לאורך השנה – מבט לאחור במקום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כך התלמיד חווה מרחק זמן ורואה שינוי אישי מוחשי, והדבר מחבר בין תחילת השנה לסופה כמעגל 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עקרונות חברתיים וחוסן: שיתוף רשות והתאמות – זיהוי עקרונות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שיתוף הוא תמיד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הזמנה לספר או ללמד מילה, משחק או מנהג מהתרבות שלהם, רק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הכנה מראש, כרטיסי תמונות וסיפור חברתי מותאם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יש תמיד חלופה בלי מגע ובלי תחרות למי 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מדברים על 'בני המשפחה' ו'מי שחשוב לכם'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עקרונות חברתיים וחוסן: שיתוף רשות והתאמות – התאמת פעילויות לעקרונות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רשות - מילה או ציור בלבד, בלי חובה לפרט)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(תלמידים עולים מוזמנים ללמד מילה או שיר מהבית, רק אם רוצים)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(משחק תמונות של פנים עצובות ושמחות עם כרטיס 'סליחה')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(שיחה עדינה בלי פרטים קשים, בהתאם לגיל)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(רק מי שרוצה משתתף, בלי אמירת שמות)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עקרונות חברתיים וחוסן: שיתוף רשות והתאמות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בעולים - הזמנה ללמד מילה מהתרבות שלהם; בחנ״מ - הכנה מראש עם כרטיסי תמונות. המשותף: שתי ההתאמות מכבדות את הקצב והצרכים האישיים בלי להכריח השתתפות.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מדובר בנושא רגיש שעלול לעורר קשיים אישיים אצל חלק מהתלמידים, ולכן חשוב לא להכריח שיתוף או דיבור.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לאפשר הנחיה בכרטיסי תמונה או מחוות יד במקום מילים בלבד, תוך שמירה על מבנה המשחק.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'מכתבים לעצמי מתחילת השנה' - אם מכריחים כל תלמיד לקרוא בקול את מה שכתב, חלקם עלולים להרגיש חשופים ולא בנוח.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כלים ארגוניים: קירות כיתה, משחקים וטפסי תכנון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לועזי ועברי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כלים ארגוניים: קירות כיתה, משחקים וטפסי תכנון – שימוש בכלים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כלים ארגוניים: קירות כיתה, משחקים וטפסי תכנון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הברכות באתר הן ברכות כלליות שאפשר להתאים לכל תלמיד, לא כתובות עם שם אישי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מרשימת הכותרות והמשפטים לקיר הכיתה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מיועד לכל הכיתה ודורש התבוננות ושיתוף פעולה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כלים ארגוניים: קירות כיתה, משחקים וטפסי תכנון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(בפנים / בחוץ)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(עד 10 דק׳ / 11-20 דק׳ / מעל 20 דק׳)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(זוגות / קבוצות קטנות /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(סעיף בטופס תכנון 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לחגוג סיפורי הגעה ולבנות רגישות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תלמיד מקבל תעודה אישית מתוך רשימת 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שיתוף הוא תמיד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לכתוב עצות לתלמידים שיגיעו לשכבה בשנה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להסביר שלא כל תלמיד ותלמידה נוח להם לחשוף רגשות או מידע אישי, ושמירה על בחירה מונעת לחץ ומאפשרת תחושת ביטחון וכבוד לכל אחד ואחת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המראה הבנה של נושאי שני האירועים ושילוב הגיוני ביניהם, למשל חיבור בין נושא השייכות בפתיחת השנה לנושא ההכלה והנגישות.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לכלול שלב פתיחה מזמין, פעילות גיבוש מותאמת עם חלופה בלי מגע ובלי תחרות, והתייחסות מפורשת לשפה פשוטה ועזרים חזותיים לעולים ולחנ״מ.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מטרת הפעילות (אמון, תקשורת, עבודת צוות וכד׳) ולא רק תיאור טכני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ההתאמה שומרת על כבוד התלמיד ועל אפשרות בחירה, ואינה יוצרת בולטות או אי-נוחות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מזכיר שחשיפה אישית אינה חובה ושיש חלופה למי שאינו רוצה להשתתף באופן פעיל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לשתי עד שלוש מפגשים – פרקים 1-2 במפגש ראשון, 3-5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הניתוח לבחירה מתוך אפשרויות נתונות במקום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פעילות לגיל צעיר לבין גרסתה בגיל תיכון ולבקש לנמק את ההבדלים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שיחת סיכום קצרה בסוף כל פרק ולחבר בין הפעילות בחוברת לדוגמה מהחיים האמיתיים של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רכזת חברתית: ארגז הכלים המלא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נלמד איך בונים פעילויות חברתיות לכיתה. בכל פרק יש דוגמאות ושאלות קצרות. עבדו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רכז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שמתכנן פעילויות וטקסים לחיזוק הקשר בין 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קבוצה הופכת לצוות מחובר ותומך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שלפיו אף אחד לא חייב לחשוף משהו אישי בפעילות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אקלים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האווירה הרגשית והחברתית השוררת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 לעולים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קל בפעילות כדי שתלמידים חדשים בשפה ירגישו 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– התאמות לתלמידים עם צרכים מיוחדים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שהכיתה בונה יחד על כללי התנהגות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 מעבר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שמסמן התחלה או סיום של שלב, כמו פתיחת שנה או סיומה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איסוף תגובות להערכת הצלחת פעילות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תכנון שנתי: ימים ואירועים בלוח השנה החברתי – היכרות עם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קשור לראש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התחדשות ותקווה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חל יום הזיכרון לשואה ולגבורה?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24.11.26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4.5.27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21.9.26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3.12.26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ערך קשור ליום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יום מדבר על קליטת תלמידים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ההכלה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ערך קשור ליום ההכלה?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הכלה ונגישות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תכנון שנתי: ימים ואירועים בלוח השנה החברתי – התאמת אירוע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פיוס וכבוד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קבלת האחר וסקרנות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התחדשות ותקווה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הזיכרון לשואה ולגבורה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הכלה ונגישות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 ההכלה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זיכרון וכבוד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תכנון שנתי: ימים ואירועים בלוח השנה החברתי – יישום והתאמה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פעילות 'עץ המשאלות הכיתתי' לראש השנה מתאימה לשכבת יסודי א׳–ג׳ ולא לתיכון.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פעילות 'מילון הפיוס' בחטיבת הביניים שונה מפעילות 'תיבת בואו נשלים' ביסודי א׳–ג׳ ליום כיפור?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שהפעילויות ליום הזיכרון לשואה ולגבורה יותאמו בדיוק לגיל התלמידים?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הציעו רעיון פעילות אחד ליום ההכלה לשכבת חט״ב, והסבירו איזה ערך הוא מבטא.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בנק משחקי גיבוש: סוגים, מטרות וסינון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מה אפשר לסנן משחקים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(בפנים/בחוץ)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מקצוע לימודי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מתאים המשחק 'המפה העיוורת'?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קבוצות קטנות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יחיד מול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בנק משחקי גיבוש: סוגים, מטרות וסינון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את 'הבלון לא נופל' גם בפנים וגם בחוץ.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'המגדל הגבוה' מתאים לזוגות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בנק משחקי גיבוש: סוגים, מטרות וסינון – התאמת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הקשר האנושי בלי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להתבונן ולשים לב לשיתוף הפעולה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לפתור בעיה מסובכת בלי מגע ותיאום בהקשבה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 הדומים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לתכנן ולבנות יחד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 המנהיג?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לגלות מה משותף בין חברי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בנק משחקי גיבוש: סוגים, מטרות וסינון – השלמת שם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המשחק '__________' מתאים לכל הכיתה, נמשך כ-25 דקות, ומטרתו להרגיש שכל אחד הוא חלק חשוב מהשלם.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משחק שמטרתו תקשורת מדויקת והקשבה בין בני זוג נקרא '__________'.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ערכות פתיחת שנה וסיום שנה: טקסים ומעברים – זיכרון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כשהתלמידים נכנסים ביום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בדלת ומברכים כל תלמיד בשמו ובחיוך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מבחן ידע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ציונים ראשוניים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מיד לטיול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דקות נותנים למעגל הבוקר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לפתקי המשאלות שכותבים בתחילת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אותם מיד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מכניסים לצנצנת שנפתחת רק ביום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אותם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אותם הביתה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תעודות הוקרה יש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במעטפות שנכתבו בתחילת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מכתב חדש בלבד בלי לקרוא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את המכתב שנכתב בתחילת השנה וכותבים תשובה לעצמם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את המכתב למחנכת לבדיקה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את המכתב בטקס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ערכות פתיחת שנה וסיום שנה: טקסים ומעברים – הבנת התפקיד הרגשי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קבלת הפנים בדלת נועד לתת לכל תלמיד תחושה שהוא נראה ורצוי כבר מהרגע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הבינגו להיכרות חייבים כל התלמידים לשתף פרטים אישיים בקול מול כל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התעודות וצנצנת המשאלות ממלאים תפקיד דומה – לתת לכל תלמיד התייחסות אישית בלי תחרות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הראשון אין כלל התייחסות רגשית, ואילו בפעילויות הסיום הכול רגשי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ערכות פתיחת שנה וסיום שנה: טקסים ומעברים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במעגל הבוקר הראשון מספיק לומר רק את השם, בלי לדרוש שיתוף נוסף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תפקיד 'עץ הכיתה' בפתיחת השנה לתפקיד 'עץ הצמיחה' בסיום – במה דומים ובמה שונים?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הציעו הסבר לכך שהמכתבים 'לעצמי' נכתבים בתחילת השנה אך נקראים רק בסיומה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עקרונות חברתיים וחוסן: שיתוף רשות והתאמות – זיהוי עקרונות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מתייחסים לשיתוף בפעילויות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חייב לשתף משהו אישי בכל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הוא תמיד רשות ולא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תלמידים בוגרים יכולים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לשתף דברים אישיים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דואגים לתלמידים עולים בפעילויות?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פטור מהשתתפות בפעילות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הזמנה לספר או ללמד מילה, משחק או מנהג מהתרבות שלהם, רק אם 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לדבר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בנפרד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דואגים לתלמידי חנ״מ בפעילויות?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הוצאה מהפעילות הכיתתית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הכנה מראש, כרטיסי תמונות וסיפור חברתי מותאם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מתן ציון נמוך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הפעילות כולה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אם למישהו קשה עם מגע או תחרות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פעילות חייבת מגע גופני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תמיד חלופה בלי מגע ובלי תחרות למי שצריך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תחרות היא חובה בכל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בהתאמות למשחקים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מדברים על משפחה בפעילויות?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מדברים רק על 'אמא ואבא'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מדברים על 'בני המשפחה' ו'מי שחשוב לכם'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מזכירים משפחה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תלמיד חייב לתאר את משפחתו בפירוט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עקרונות חברתיים וחוסן: שיתוף רשות והתאמות – התאמת פעילויות לעקרונות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עץ המשאלות הכיתתי (ראש השנה)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רק מי שרוצה משתתף, בלי אמירת שמות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התאמה לעולים ביום העלייה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רשות - מילה או ציור בלבד, בלי חובה לפרט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התאמה לחנ״מ ביום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עדינה בלי פרטים קשים, בהתאם לגיל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הזיכרון לשואה ולגבורה - יסודי א-ג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תלמידים עולים מוזמנים ללמד מילה או שיר מהבית, רק אם רוצים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מעגל 'אני מצטער/ת ש...' (יום כיפור)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משחק תמונות של פנים עצובות ושמחות עם כרטיס 'סליחה'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עקרונות חברתיים וחוסן: שיתוף רשות והתאמות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ל'התאמה קבועה' מתוך הערכות - אחת לעולים ואחת לחנ״מ - והסבירו מה משותף לשתיהן.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במשפט-שניים מדוע חשוב שהעיקרון 'שיתוף הוא רשות' יחול גם בפעילויות של יום הזיכרון לשואה ולגבורה.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משחק גיבוש אחד מבנק המשחקים (למשל המפה העיוורת) והציעו התאמה אחת לתלמיד/ה עם קושי בתקשורת, בלי לפגוע בחוויית שאר הכיתה.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תנו דוגמה מהערכות לפעילות שיכולה להפוך מדירה אם לא מקפידים על עקרון השיתוף-רשות,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כלים ארגוניים: קירות כיתה, משחקים וטפסי תכנון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קיר ימי ההולדת מציג את החודשים לפי אילו שני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לועזי ועברי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עונות וחגים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ימי שבוע ושעות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כיתות וגילאים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משחקי גיבוש יש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אורך המשחק "הקשר האנושי"?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כלים ארגוניים: קירות כיתה, משחקים וטפסי תכנון – 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בבנק משחקי הגיבוש אפשר לסנן לפי מקום, זמן, גודל קבוצה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בין טפסי התכנון באתר נמצאים תכנון אירוע, תקציב, חלוקת משימות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 הגיבוש "המגדל הגבוה" מיועד לעבודה ב-__________ קטנות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כלים ארגוניים: קירות כיתה, משחקים וטפסי תכנון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ברכה בקיר ימי ההולדת כתובה בשם אישי של תלמיד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קירות הכיתה כוללים גם כותרות השראה כמו "כאן צומחים יחד"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"מי המנהיג?" מיועד לזוגות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כלים ארגוניים: קירות כיתה, משחקים וטפסי תכנון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עד 10 דק׳ / 11-20 דק׳ / מעל 20 דק׳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סעיף בטופס תכנון 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גודל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בפנים / בחוץ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זוגות / קבוצות קטנות / כל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חל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24.11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המטרה של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סיפורי הגעה ולבנות רגישות לעולים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ועד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כמה דברים מסננים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משחקים יש בבנק?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בטקס התעודות?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מקבל תעודה אישית מתוך רשימת תעודות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המצטיינים מקבלים 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מחלקים פרסים כספיים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עורכים מבחן מסכם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אומרים על שיתוף בפעילויות?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חייב לשתף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הוא תמיד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הכיתה כולה משתפת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בשיתוף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מכינים ב'מזוודה לשנה הבאה'?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לארוז ציוד לקיץ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עצות לתלמידים שיגיעו לשכבה בשנה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לתכנן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ברכות יום הולדת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שבכל פעילות חברתית, בין אם בפתיחת השנה ובין אם ביום הזיכרון, יישמר עקרון 'שיתוף הוא רשות'.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שונים מתוך התכנון השנתי (לדוגמה פתיחת שנה ויום ההכלה) והציעו כיצד ניתן לקשר ביניהם לפעילות משותפת אחת לקראת סוף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בהתבסס על עקרונות הגיבוש והחוסן שמלווים את הערכה, תכננו רצף קצר (3 שלבים) לפעילות גיבוש שמשלבת גם התאמה לעולים וגם התאמה לחנ״מ.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בשתי שורות פעילות גיבוש אחת מהבנק והסבירו איזה צורך חברתי היא נותנת מענה עליו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אירוע אחד מהתכנון השנתי והציעו התאמה שלו לכיתה עם תלמיד עולה חדש, מבלי להציב אותו במרכז בכוח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במילים שלכם מהו העיקרון 'שיתוף הוא תמיד רשות' ומדוע הוא חשוב בפעילויות חברתיות בגיל התיכון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רכזת חברתית: ארגז הכלים המלא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